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00" w:lineRule="auto"/>
        <w:jc w:val="center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4"/>
          <w:szCs w:val="34"/>
          <w:rtl w:val="0"/>
        </w:rPr>
        <w:t xml:space="preserve">{</w:t>
      </w: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Nome</w:t>
      </w:r>
      <w:r w:rsidDel="00000000" w:rsidR="00000000" w:rsidRPr="00000000">
        <w:rPr>
          <w:rFonts w:ascii="Arial" w:cs="Arial" w:eastAsia="Arial" w:hAnsi="Arial"/>
          <w:b w:val="1"/>
          <w:bCs w:val="1"/>
          <w:sz w:val="34"/>
          <w:szCs w:val="34"/>
          <w:rtl w:val="0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Sobrenome</w:t>
      </w:r>
      <w:r w:rsidDel="00000000" w:rsidR="00000000" w:rsidRPr="00000000">
        <w:rPr>
          <w:rFonts w:ascii="Arial" w:cs="Arial" w:eastAsia="Arial" w:hAnsi="Arial"/>
          <w:b w:val="1"/>
          <w:bCs w:val="1"/>
          <w:sz w:val="34"/>
          <w:szCs w:val="34"/>
          <w:rtl w:val="0"/>
        </w:rPr>
        <w:t xml:space="preserve">}</w:t>
      </w:r>
      <w:r w:rsidDel="00000000" w:rsidR="00000000" w:rsidRPr="00000000">
        <w:rPr>
          <w:sz w:val="19"/>
          <w:szCs w:val="19"/>
          <w:rtl w:val="0"/>
        </w:rPr>
        <w:br w:type="textWrapping"/>
        <w:t xml:space="preserve">{email} | +55 {telefone} | {cidade} - {estado}, Brasil</w:t>
        <w:br w:type="textWrapping"/>
        <w:t xml:space="preserve">linkedin.com/in/{seu_linkedin} | github.com/{seu_github}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bottom w:color="808080" w:space="1" w:sz="4" w:val="single"/>
        </w:pBdr>
        <w:spacing w:after="40" w:before="8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Summary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3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{Escreva um resumo de 3 a 5 linhas com sua função, tempo de experiência, especialidades, principais tecnologias e 1 ou 2 resultados relevantes.}</w:t>
      </w:r>
    </w:p>
    <w:p w:rsidR="00000000" w:rsidDel="00000000" w:rsidP="00000000" w:rsidRDefault="00000000" w:rsidRPr="00000000" w14:paraId="00000004">
      <w:pPr>
        <w:spacing w:after="3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bottom w:color="808080" w:space="1" w:sz="4" w:val="single"/>
        </w:pBdr>
        <w:spacing w:after="40" w:before="8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Technical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3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Languages and Frameworks: {liste as principais tecnologias}</w:t>
      </w:r>
    </w:p>
    <w:p w:rsidR="00000000" w:rsidDel="00000000" w:rsidP="00000000" w:rsidRDefault="00000000" w:rsidRPr="00000000" w14:paraId="00000007">
      <w:pPr>
        <w:spacing w:after="3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Architecture: {APIs, microsserviços, mensageria, etc.}</w:t>
      </w:r>
    </w:p>
    <w:p w:rsidR="00000000" w:rsidDel="00000000" w:rsidP="00000000" w:rsidRDefault="00000000" w:rsidRPr="00000000" w14:paraId="00000008">
      <w:pPr>
        <w:spacing w:after="3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Cloud and DevOps: {cloud, containers, CI/CD, etc.}</w:t>
      </w:r>
    </w:p>
    <w:p w:rsidR="00000000" w:rsidDel="00000000" w:rsidP="00000000" w:rsidRDefault="00000000" w:rsidRPr="00000000" w14:paraId="00000009">
      <w:pPr>
        <w:spacing w:after="3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Data and Observability: {bancos, monitoramento, testes, etc.}</w:t>
      </w:r>
    </w:p>
    <w:p w:rsidR="00000000" w:rsidDel="00000000" w:rsidP="00000000" w:rsidRDefault="00000000" w:rsidRPr="00000000" w14:paraId="0000000A">
      <w:pPr>
        <w:spacing w:after="3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bottom w:color="808080" w:space="1" w:sz="4" w:val="single"/>
        </w:pBdr>
        <w:spacing w:after="40" w:before="8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Professional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0" w:before="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{Cargo} | {Nome da Empresa} </w:t>
      </w:r>
      <w:r w:rsidDel="00000000" w:rsidR="00000000" w:rsidRPr="00000000">
        <w:rPr>
          <w:sz w:val="20"/>
          <w:szCs w:val="20"/>
          <w:rtl w:val="0"/>
        </w:rPr>
        <w:t xml:space="preserve">| {Mês Ano} - {Mês Ano / Present}</w:t>
      </w:r>
    </w:p>
    <w:p w:rsidR="00000000" w:rsidDel="00000000" w:rsidP="00000000" w:rsidRDefault="00000000" w:rsidRPr="00000000" w14:paraId="0000000D">
      <w:pPr>
        <w:spacing w:after="24" w:lineRule="auto"/>
        <w:ind w:left="259" w:hanging="173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{Descreva uma responsabilidade ou entrega relevante, preferencialmente começando com um verbo de ação.}</w:t>
      </w:r>
    </w:p>
    <w:p w:rsidR="00000000" w:rsidDel="00000000" w:rsidP="00000000" w:rsidRDefault="00000000" w:rsidRPr="00000000" w14:paraId="0000000E">
      <w:pPr>
        <w:spacing w:after="24" w:lineRule="auto"/>
        <w:ind w:left="259" w:hanging="173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{Inclua impacto mensurável quando houver: performance, escala, receita, custo, confiabilidade, produtividade etc.}</w:t>
      </w:r>
    </w:p>
    <w:p w:rsidR="00000000" w:rsidDel="00000000" w:rsidP="00000000" w:rsidRDefault="00000000" w:rsidRPr="00000000" w14:paraId="0000000F">
      <w:pPr>
        <w:spacing w:after="3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Stack:</w:t>
      </w:r>
      <w:r w:rsidDel="00000000" w:rsidR="00000000" w:rsidRPr="00000000">
        <w:rPr>
          <w:sz w:val="20"/>
          <w:szCs w:val="20"/>
          <w:rtl w:val="0"/>
        </w:rPr>
        <w:t xml:space="preserve"> {tecnologias realmente utilizadas nesta experiência}</w:t>
      </w:r>
    </w:p>
    <w:p w:rsidR="00000000" w:rsidDel="00000000" w:rsidP="00000000" w:rsidRDefault="00000000" w:rsidRPr="00000000" w14:paraId="00000010">
      <w:pPr>
        <w:spacing w:after="3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0" w:before="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{Cargo} | {Nome da Empresa}</w:t>
      </w:r>
      <w:r w:rsidDel="00000000" w:rsidR="00000000" w:rsidRPr="00000000">
        <w:rPr>
          <w:sz w:val="20"/>
          <w:szCs w:val="20"/>
          <w:rtl w:val="0"/>
        </w:rPr>
        <w:t xml:space="preserve"> | {Mês Ano} - {Mês Ano}</w:t>
      </w:r>
    </w:p>
    <w:p w:rsidR="00000000" w:rsidDel="00000000" w:rsidP="00000000" w:rsidRDefault="00000000" w:rsidRPr="00000000" w14:paraId="00000012">
      <w:pPr>
        <w:spacing w:after="24" w:lineRule="auto"/>
        <w:ind w:left="259" w:hanging="173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{Descreva uma responsabilidade ou entrega relevante, preferencialmente começando com um verbo de ação.}</w:t>
      </w:r>
    </w:p>
    <w:p w:rsidR="00000000" w:rsidDel="00000000" w:rsidP="00000000" w:rsidRDefault="00000000" w:rsidRPr="00000000" w14:paraId="00000013">
      <w:pPr>
        <w:spacing w:after="24" w:lineRule="auto"/>
        <w:ind w:left="259" w:hanging="173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{Inclua impacto mensurável quando houver: performance, escala, receita, custo, confiabilidade, produtividade etc.}</w:t>
      </w:r>
    </w:p>
    <w:p w:rsidR="00000000" w:rsidDel="00000000" w:rsidP="00000000" w:rsidRDefault="00000000" w:rsidRPr="00000000" w14:paraId="00000014">
      <w:pPr>
        <w:spacing w:after="3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Stack:</w:t>
      </w:r>
      <w:r w:rsidDel="00000000" w:rsidR="00000000" w:rsidRPr="00000000">
        <w:rPr>
          <w:sz w:val="20"/>
          <w:szCs w:val="20"/>
          <w:rtl w:val="0"/>
        </w:rPr>
        <w:t xml:space="preserve"> {tecnologias realmente utilizadas nesta experiência}</w:t>
      </w:r>
    </w:p>
    <w:p w:rsidR="00000000" w:rsidDel="00000000" w:rsidP="00000000" w:rsidRDefault="00000000" w:rsidRPr="00000000" w14:paraId="00000015">
      <w:pPr>
        <w:spacing w:after="3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bottom w:color="808080" w:space="1" w:sz="4" w:val="single"/>
        </w:pBdr>
        <w:spacing w:after="40" w:before="8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3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{Nome do Curso} | {Universidade} | {Ano início} - {Ano fim}</w:t>
      </w:r>
    </w:p>
    <w:p w:rsidR="00000000" w:rsidDel="00000000" w:rsidP="00000000" w:rsidRDefault="00000000" w:rsidRPr="00000000" w14:paraId="00000018">
      <w:pPr>
        <w:spacing w:after="3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bottom w:color="808080" w:space="1" w:sz="4" w:val="single"/>
        </w:pBdr>
        <w:spacing w:after="40" w:before="8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Certifications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4" w:lineRule="auto"/>
        <w:ind w:left="259" w:hanging="173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{Nome da certificação} | {Instituição} | {Ano}</w:t>
      </w:r>
    </w:p>
    <w:p w:rsidR="00000000" w:rsidDel="00000000" w:rsidP="00000000" w:rsidRDefault="00000000" w:rsidRPr="00000000" w14:paraId="0000001B">
      <w:pPr>
        <w:spacing w:after="24" w:lineRule="auto"/>
        <w:ind w:left="259" w:hanging="173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bottom w:color="808080" w:space="1" w:sz="4" w:val="single"/>
        </w:pBdr>
        <w:spacing w:after="40" w:before="8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Languages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4" w:lineRule="auto"/>
        <w:ind w:left="259" w:hanging="173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Português - Nativo</w:t>
      </w:r>
    </w:p>
    <w:p w:rsidR="00000000" w:rsidDel="00000000" w:rsidP="00000000" w:rsidRDefault="00000000" w:rsidRPr="00000000" w14:paraId="0000001E">
      <w:pPr>
        <w:spacing w:after="24" w:lineRule="auto"/>
        <w:ind w:left="259" w:hanging="173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Inglês - {nível}</w:t>
      </w:r>
    </w:p>
    <w:p w:rsidR="00000000" w:rsidDel="00000000" w:rsidP="00000000" w:rsidRDefault="00000000" w:rsidRPr="00000000" w14:paraId="0000001F">
      <w:pPr>
        <w:spacing w:after="24" w:lineRule="auto"/>
        <w:ind w:left="259" w:hanging="173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{Outro idioma - nível}</w:t>
      </w:r>
    </w:p>
    <w:sectPr>
      <w:pgSz w:h="15840" w:w="12240" w:orient="portrait"/>
      <w:pgMar w:bottom="691" w:top="691" w:left="936" w:right="93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18"/>
        <w:szCs w:val="18"/>
        <w:lang w:val="en"/>
      </w:rPr>
    </w:rPrDefault>
    <w:pPrDefault>
      <w:pPr>
        <w:spacing w:after="3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DALfiWNMtFbZAu5t58HZEAMmhw==">CgMxLjA4AHIhMUNpX0lhQTB0dUNIWGxPaVU0ekRKZm50TXFNWEN6bzdU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