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{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Sobrenome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}</w:t>
      </w:r>
      <w:r w:rsidDel="00000000" w:rsidR="00000000" w:rsidRPr="00000000">
        <w:rPr>
          <w:sz w:val="19"/>
          <w:szCs w:val="19"/>
          <w:rtl w:val="0"/>
        </w:rPr>
        <w:br w:type="textWrapping"/>
        <w:t xml:space="preserve">{email} | +55 {telefone} | {cidade} - {estado}, Brasil</w:t>
        <w:br w:type="textWrapping"/>
        <w:t xml:space="preserve">linkedin.com/in/{seu_linkedin} | github.com/{seu_github}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Resumo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{Escreva um resumo de 3 a 5 linhas com sua função, tempo de experiência, especialidades, principais tecnologias e 1 ou 2 resultados relevantes.}</w:t>
      </w:r>
    </w:p>
    <w:p w:rsidR="00000000" w:rsidDel="00000000" w:rsidP="00000000" w:rsidRDefault="00000000" w:rsidRPr="00000000" w14:paraId="00000004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Competências Técnicas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Linguagens e Frameworks: {liste as principais tecnologias}</w:t>
      </w:r>
    </w:p>
    <w:p w:rsidR="00000000" w:rsidDel="00000000" w:rsidP="00000000" w:rsidRDefault="00000000" w:rsidRPr="00000000" w14:paraId="00000007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Arquitetura e Backend: {APIs, microsserviços, mensageria, etc.}</w:t>
      </w:r>
    </w:p>
    <w:p w:rsidR="00000000" w:rsidDel="00000000" w:rsidP="00000000" w:rsidRDefault="00000000" w:rsidRPr="00000000" w14:paraId="00000008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Cloud e DevOps: {cloud, containers, CI/CD, etc.}</w:t>
      </w:r>
    </w:p>
    <w:p w:rsidR="00000000" w:rsidDel="00000000" w:rsidP="00000000" w:rsidRDefault="00000000" w:rsidRPr="00000000" w14:paraId="00000009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Dados e Observabilidade: {bancos, monitoramento, testes, etc.}</w:t>
      </w:r>
    </w:p>
    <w:p w:rsidR="00000000" w:rsidDel="00000000" w:rsidP="00000000" w:rsidRDefault="00000000" w:rsidRPr="00000000" w14:paraId="0000000A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Experiência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{Cargo} | {Nome da Empresa}</w:t>
      </w:r>
      <w:r w:rsidDel="00000000" w:rsidR="00000000" w:rsidRPr="00000000">
        <w:rPr>
          <w:sz w:val="20"/>
          <w:szCs w:val="20"/>
          <w:rtl w:val="0"/>
        </w:rPr>
        <w:t xml:space="preserve"> | {Mês Ano} - {Mês Ano / Atual}</w:t>
      </w:r>
    </w:p>
    <w:p w:rsidR="00000000" w:rsidDel="00000000" w:rsidP="00000000" w:rsidRDefault="00000000" w:rsidRPr="00000000" w14:paraId="0000000D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{Descreva uma responsabilidade ou entrega relevante, preferencialmente começando com um verbo de ação.}</w:t>
      </w:r>
    </w:p>
    <w:p w:rsidR="00000000" w:rsidDel="00000000" w:rsidP="00000000" w:rsidRDefault="00000000" w:rsidRPr="00000000" w14:paraId="0000000E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{Inclua impacto mensurável quando houver: performance, escala, receita, custo, confiabilidade, produtividade etc.}</w:t>
      </w:r>
    </w:p>
    <w:p w:rsidR="00000000" w:rsidDel="00000000" w:rsidP="00000000" w:rsidRDefault="00000000" w:rsidRPr="00000000" w14:paraId="0000000F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{tecnologias realmente utilizadas nesta experiência}</w:t>
      </w:r>
    </w:p>
    <w:p w:rsidR="00000000" w:rsidDel="00000000" w:rsidP="00000000" w:rsidRDefault="00000000" w:rsidRPr="00000000" w14:paraId="00000010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{Cargo} | {Nome da Empresa}</w:t>
      </w:r>
      <w:r w:rsidDel="00000000" w:rsidR="00000000" w:rsidRPr="00000000">
        <w:rPr>
          <w:sz w:val="20"/>
          <w:szCs w:val="20"/>
          <w:rtl w:val="0"/>
        </w:rPr>
        <w:t xml:space="preserve"> | {Mês Ano} - {Mês Ano}</w:t>
      </w:r>
    </w:p>
    <w:p w:rsidR="00000000" w:rsidDel="00000000" w:rsidP="00000000" w:rsidRDefault="00000000" w:rsidRPr="00000000" w14:paraId="00000012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{Descreva uma responsabilidade ou entrega relevante, preferencialmente começando com um verbo de ação.}</w:t>
      </w:r>
    </w:p>
    <w:p w:rsidR="00000000" w:rsidDel="00000000" w:rsidP="00000000" w:rsidRDefault="00000000" w:rsidRPr="00000000" w14:paraId="00000013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{Inclua impacto mensurável quando houver: performance, escala, receita, custo, confiabilidade, produtividade etc.}</w:t>
      </w:r>
    </w:p>
    <w:p w:rsidR="00000000" w:rsidDel="00000000" w:rsidP="00000000" w:rsidRDefault="00000000" w:rsidRPr="00000000" w14:paraId="00000014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{tecnologias realmente utilizadas nesta experiência}</w:t>
      </w:r>
    </w:p>
    <w:p w:rsidR="00000000" w:rsidDel="00000000" w:rsidP="00000000" w:rsidRDefault="00000000" w:rsidRPr="00000000" w14:paraId="00000015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Formação Acadêmica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{Nome do Curso} | {Universidade} | {Ano início} - {Ano fim}</w:t>
      </w:r>
    </w:p>
    <w:p w:rsidR="00000000" w:rsidDel="00000000" w:rsidP="00000000" w:rsidRDefault="00000000" w:rsidRPr="00000000" w14:paraId="00000018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Certificações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{Nome da certificação} | {Instituição} | {Ano}</w:t>
      </w:r>
    </w:p>
    <w:p w:rsidR="00000000" w:rsidDel="00000000" w:rsidP="00000000" w:rsidRDefault="00000000" w:rsidRPr="00000000" w14:paraId="0000001B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Idiomas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Português - Nativo</w:t>
      </w:r>
    </w:p>
    <w:p w:rsidR="00000000" w:rsidDel="00000000" w:rsidP="00000000" w:rsidRDefault="00000000" w:rsidRPr="00000000" w14:paraId="0000001E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Inglês - {nível}</w:t>
      </w:r>
    </w:p>
    <w:p w:rsidR="00000000" w:rsidDel="00000000" w:rsidP="00000000" w:rsidRDefault="00000000" w:rsidRPr="00000000" w14:paraId="0000001F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{Outro idioma - nível}</w:t>
      </w:r>
    </w:p>
    <w:sectPr>
      <w:pgSz w:h="15840" w:w="12240" w:orient="portrait"/>
      <w:pgMar w:bottom="691" w:top="691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3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PYKnEZu952bnm4OkoZ/njA+mQ==">CgMxLjA4AHIhMUJXQ3JyclBQYm1abUR0Yk5DeGx3MHZRMVJDUlBlc0lJ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